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RECIBO DE SALARIOS / NÓMINA (Tiempo parcial)</w:t>
      </w:r>
    </w:p>
    <w:p>
      <w:r>
        <w:rPr>
          <w:i/>
          <w:sz w:val="20"/>
        </w:rPr>
        <w:t>Añade campos de % jornada y horas/mes (orientativo).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5442"/>
            <w:gridSpan w:val="3"/>
            <w:shd w:fill="E7E6E6"/>
          </w:tcPr>
          <w:p>
            <w:pPr>
              <w:jc w:val="left"/>
            </w:pPr>
            <w:r>
              <w:rPr>
                <w:b/>
                <w:sz w:val="20"/>
              </w:rPr>
              <w:t>EMPRESA</w:t>
            </w:r>
          </w:p>
        </w:tc>
        <w:tc>
          <w:tcPr>
            <w:tcW w:type="dxa" w:w="5442"/>
            <w:gridSpan w:val="3"/>
            <w:shd w:fill="E7E6E6"/>
          </w:tcPr>
          <w:p>
            <w:pPr>
              <w:jc w:val="left"/>
            </w:pPr>
            <w:r>
              <w:rPr>
                <w:b/>
                <w:sz w:val="20"/>
              </w:rPr>
              <w:t>TRABAJADOR/A</w:t>
            </w:r>
          </w:p>
        </w:tc>
      </w:tr>
      <w:tr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Nombre</w:t>
            </w:r>
          </w:p>
        </w:tc>
        <w:tc>
          <w:tcPr>
            <w:tcW w:type="dxa" w:w="3628"/>
            <w:gridSpan w:val="2"/>
          </w:tcPr>
          <w:p>
            <w:r>
              <w:t>[EMPRESA_NOMBRE]</w:t>
            </w:r>
          </w:p>
        </w:tc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Nombre</w:t>
            </w:r>
          </w:p>
        </w:tc>
        <w:tc>
          <w:tcPr>
            <w:tcW w:type="dxa" w:w="3628"/>
            <w:gridSpan w:val="2"/>
          </w:tcPr>
          <w:p>
            <w:r>
              <w:t>[TRABAJADOR_NOMBRE]</w:t>
            </w:r>
          </w:p>
        </w:tc>
      </w:tr>
      <w:tr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Dirección</w:t>
            </w:r>
          </w:p>
        </w:tc>
        <w:tc>
          <w:tcPr>
            <w:tcW w:type="dxa" w:w="3628"/>
            <w:gridSpan w:val="2"/>
          </w:tcPr>
          <w:p>
            <w:r>
              <w:t>[EMPRESA_DIRECCION]</w:t>
            </w:r>
          </w:p>
        </w:tc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DNI/NIE</w:t>
            </w:r>
          </w:p>
        </w:tc>
        <w:tc>
          <w:tcPr>
            <w:tcW w:type="dxa" w:w="3628"/>
            <w:gridSpan w:val="2"/>
          </w:tcPr>
          <w:p>
            <w:r>
              <w:t>[TRABAJADOR_DNI]</w:t>
            </w:r>
          </w:p>
        </w:tc>
      </w:tr>
      <w:tr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CIF</w:t>
            </w:r>
          </w:p>
        </w:tc>
        <w:tc>
          <w:tcPr>
            <w:tcW w:type="dxa" w:w="3628"/>
            <w:gridSpan w:val="2"/>
          </w:tcPr>
          <w:p>
            <w:r>
              <w:t>[EMPRESA_CIF]</w:t>
            </w:r>
          </w:p>
        </w:tc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Nº Afiliación S.S.</w:t>
            </w:r>
          </w:p>
        </w:tc>
        <w:tc>
          <w:tcPr>
            <w:tcW w:type="dxa" w:w="3628"/>
            <w:gridSpan w:val="2"/>
          </w:tcPr>
          <w:p>
            <w:r>
              <w:t>[TRABAJADOR_NSS]</w:t>
            </w:r>
          </w:p>
        </w:tc>
      </w:tr>
      <w:tr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CCC S.S.</w:t>
            </w:r>
          </w:p>
        </w:tc>
        <w:tc>
          <w:tcPr>
            <w:tcW w:type="dxa" w:w="3628"/>
            <w:gridSpan w:val="2"/>
          </w:tcPr>
          <w:p>
            <w:r>
              <w:t>[EMPRESA_CCC]</w:t>
            </w:r>
          </w:p>
        </w:tc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Categoría/Grupo</w:t>
            </w:r>
          </w:p>
        </w:tc>
        <w:tc>
          <w:tcPr>
            <w:tcW w:type="dxa" w:w="3628"/>
            <w:gridSpan w:val="2"/>
          </w:tcPr>
          <w:p>
            <w:r>
              <w:t>[TRABAJADOR_CATEGORIA]</w:t>
            </w:r>
          </w:p>
        </w:tc>
      </w:tr>
      <w:tr>
        <w:tc>
          <w:tcPr>
            <w:tcW w:type="dxa" w:w="1814"/>
          </w:tcPr>
          <w:p/>
        </w:tc>
        <w:tc>
          <w:tcPr>
            <w:tcW w:type="dxa" w:w="1814"/>
          </w:tcPr>
          <w:p/>
        </w:tc>
        <w:tc>
          <w:tcPr>
            <w:tcW w:type="dxa" w:w="1814"/>
          </w:tcPr>
          <w:p/>
        </w:tc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Grupo cotización</w:t>
            </w:r>
          </w:p>
        </w:tc>
        <w:tc>
          <w:tcPr>
            <w:tcW w:type="dxa" w:w="3628"/>
            <w:gridSpan w:val="2"/>
          </w:tcPr>
          <w:p>
            <w:r>
              <w:t>[GRUPO_COTIZACION]</w:t>
            </w:r>
          </w:p>
        </w:tc>
      </w:tr>
      <w:tr>
        <w:tc>
          <w:tcPr>
            <w:tcW w:type="dxa" w:w="1814"/>
          </w:tcPr>
          <w:p/>
        </w:tc>
        <w:tc>
          <w:tcPr>
            <w:tcW w:type="dxa" w:w="1814"/>
          </w:tcPr>
          <w:p/>
        </w:tc>
        <w:tc>
          <w:tcPr>
            <w:tcW w:type="dxa" w:w="1814"/>
          </w:tcPr>
          <w:p/>
        </w:tc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Antigüedad</w:t>
            </w:r>
          </w:p>
        </w:tc>
        <w:tc>
          <w:tcPr>
            <w:tcW w:type="dxa" w:w="3628"/>
            <w:gridSpan w:val="2"/>
          </w:tcPr>
          <w:p>
            <w:r>
              <w:t>[FECHA_ANTIGUEDAD]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E7E6E6"/>
          </w:tcPr>
          <w:p>
            <w:pPr>
              <w:jc w:val="center"/>
            </w:pPr>
            <w:r>
              <w:rPr>
                <w:b/>
                <w:sz w:val="20"/>
              </w:rPr>
              <w:t>JORNADA TIEMPO PARCIAL (datos orientativos)</w:t>
            </w:r>
          </w:p>
        </w:tc>
      </w:tr>
      <w:tr>
        <w:tc>
          <w:tcPr>
            <w:tcW w:type="dxa" w:w="1440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% Jornada</w:t>
            </w:r>
          </w:p>
        </w:tc>
        <w:tc>
          <w:tcPr>
            <w:tcW w:type="dxa" w:w="1440"/>
          </w:tcPr>
          <w:p>
            <w:r>
              <w:t>[JORNADA_%]</w:t>
            </w:r>
          </w:p>
        </w:tc>
        <w:tc>
          <w:tcPr>
            <w:tcW w:type="dxa" w:w="1440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Horas/mes</w:t>
            </w:r>
          </w:p>
        </w:tc>
        <w:tc>
          <w:tcPr>
            <w:tcW w:type="dxa" w:w="1440"/>
          </w:tcPr>
          <w:p>
            <w:r>
              <w:t>[HORAS_MES]</w:t>
            </w:r>
          </w:p>
        </w:tc>
        <w:tc>
          <w:tcPr>
            <w:tcW w:type="dxa" w:w="1440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Coef.</w:t>
            </w:r>
          </w:p>
        </w:tc>
        <w:tc>
          <w:tcPr>
            <w:tcW w:type="dxa" w:w="1440"/>
          </w:tcPr>
          <w:p>
            <w:r>
              <w:t>[COEF]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E7E6E6"/>
          </w:tcPr>
          <w:p>
            <w:pPr>
              <w:jc w:val="center"/>
            </w:pPr>
            <w:r>
              <w:rPr>
                <w:b/>
                <w:sz w:val="20"/>
              </w:rPr>
              <w:t>PERIODO DE LIQUIDACIÓN</w:t>
            </w:r>
          </w:p>
        </w:tc>
      </w:tr>
      <w:tr>
        <w:tc>
          <w:tcPr>
            <w:tcW w:type="dxa" w:w="1440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Fecha inicial</w:t>
            </w:r>
          </w:p>
        </w:tc>
        <w:tc>
          <w:tcPr>
            <w:tcW w:type="dxa" w:w="1440"/>
          </w:tcPr>
          <w:p>
            <w:r>
              <w:t>[FECHA_INICIO]</w:t>
            </w:r>
          </w:p>
        </w:tc>
        <w:tc>
          <w:tcPr>
            <w:tcW w:type="dxa" w:w="1440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Fecha final</w:t>
            </w:r>
          </w:p>
        </w:tc>
        <w:tc>
          <w:tcPr>
            <w:tcW w:type="dxa" w:w="1440"/>
          </w:tcPr>
          <w:p>
            <w:r>
              <w:t>[FECHA_FIN]</w:t>
            </w:r>
          </w:p>
        </w:tc>
        <w:tc>
          <w:tcPr>
            <w:tcW w:type="dxa" w:w="1440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Total días</w:t>
            </w:r>
          </w:p>
        </w:tc>
        <w:tc>
          <w:tcPr>
            <w:tcW w:type="dxa" w:w="1440"/>
          </w:tcPr>
          <w:p>
            <w:r>
              <w:t>[TOTAL_DIAS]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E7E6E6"/>
          </w:tcPr>
          <w:p>
            <w:pPr>
              <w:jc w:val="center"/>
            </w:pPr>
            <w:r>
              <w:rPr>
                <w:b/>
                <w:sz w:val="20"/>
              </w:rPr>
              <w:t>DEVENGOS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Percepciones salariales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4320"/>
            <w:gridSpan w:val="3"/>
            <w:shd w:fill="E6E6E6"/>
            <w:shd w:fill="E6E6E6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Concepto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Cantidad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Precio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Total</w:t>
            </w:r>
          </w:p>
        </w:tc>
      </w:tr>
      <w:tr>
        <w:tc>
          <w:tcPr>
            <w:tcW w:type="dxa" w:w="4320"/>
            <w:gridSpan w:val="3"/>
          </w:tcPr>
          <w:p>
            <w:r>
              <w:t>Salario base</w:t>
            </w:r>
          </w:p>
        </w:tc>
        <w:tc>
          <w:tcPr>
            <w:tcW w:type="dxa" w:w="1440"/>
          </w:tcPr>
          <w:p>
            <w:r>
              <w:t>[CANT_SB]</w:t>
            </w:r>
          </w:p>
        </w:tc>
        <w:tc>
          <w:tcPr>
            <w:tcW w:type="dxa" w:w="1440"/>
          </w:tcPr>
          <w:p>
            <w:r>
              <w:t>[PRECIO_SB]</w:t>
            </w:r>
          </w:p>
        </w:tc>
        <w:tc>
          <w:tcPr>
            <w:tcW w:type="dxa" w:w="1440"/>
          </w:tcPr>
          <w:p>
            <w:r>
              <w:t>[TOTAL_SB]</w:t>
            </w:r>
          </w:p>
        </w:tc>
      </w:tr>
      <w:tr>
        <w:tc>
          <w:tcPr>
            <w:tcW w:type="dxa" w:w="4320"/>
            <w:gridSpan w:val="3"/>
          </w:tcPr>
          <w:p>
            <w:r>
              <w:t>Antigüedad</w:t>
            </w:r>
          </w:p>
        </w:tc>
        <w:tc>
          <w:tcPr>
            <w:tcW w:type="dxa" w:w="1440"/>
          </w:tcPr>
          <w:p>
            <w:r>
              <w:t>[CANT_ANT]</w:t>
            </w:r>
          </w:p>
        </w:tc>
        <w:tc>
          <w:tcPr>
            <w:tcW w:type="dxa" w:w="1440"/>
          </w:tcPr>
          <w:p>
            <w:r>
              <w:t>[PRECIO_ANT]</w:t>
            </w:r>
          </w:p>
        </w:tc>
        <w:tc>
          <w:tcPr>
            <w:tcW w:type="dxa" w:w="1440"/>
          </w:tcPr>
          <w:p>
            <w:r>
              <w:t>[TOTAL_ANT]</w:t>
            </w:r>
          </w:p>
        </w:tc>
      </w:tr>
      <w:tr>
        <w:tc>
          <w:tcPr>
            <w:tcW w:type="dxa" w:w="4320"/>
            <w:gridSpan w:val="3"/>
          </w:tcPr>
          <w:p>
            <w:r>
              <w:t>Plus convenio</w:t>
            </w:r>
          </w:p>
        </w:tc>
        <w:tc>
          <w:tcPr>
            <w:tcW w:type="dxa" w:w="1440"/>
          </w:tcPr>
          <w:p>
            <w:r>
              <w:t>[CANT_PC]</w:t>
            </w:r>
          </w:p>
        </w:tc>
        <w:tc>
          <w:tcPr>
            <w:tcW w:type="dxa" w:w="1440"/>
          </w:tcPr>
          <w:p>
            <w:r>
              <w:t>[PRECIO_PC]</w:t>
            </w:r>
          </w:p>
        </w:tc>
        <w:tc>
          <w:tcPr>
            <w:tcW w:type="dxa" w:w="1440"/>
          </w:tcPr>
          <w:p>
            <w:r>
              <w:t>[TOTAL_PC]</w:t>
            </w:r>
          </w:p>
        </w:tc>
      </w:tr>
      <w:tr>
        <w:tc>
          <w:tcPr>
            <w:tcW w:type="dxa" w:w="4320"/>
            <w:gridSpan w:val="3"/>
          </w:tcPr>
          <w:p>
            <w:r>
              <w:t>Complemento puesto</w:t>
            </w:r>
          </w:p>
        </w:tc>
        <w:tc>
          <w:tcPr>
            <w:tcW w:type="dxa" w:w="1440"/>
          </w:tcPr>
          <w:p>
            <w:r>
              <w:t>[CANT_CP]</w:t>
            </w:r>
          </w:p>
        </w:tc>
        <w:tc>
          <w:tcPr>
            <w:tcW w:type="dxa" w:w="1440"/>
          </w:tcPr>
          <w:p>
            <w:r>
              <w:t>[PRECIO_CP]</w:t>
            </w:r>
          </w:p>
        </w:tc>
        <w:tc>
          <w:tcPr>
            <w:tcW w:type="dxa" w:w="1440"/>
          </w:tcPr>
          <w:p>
            <w:r>
              <w:t>[TOTAL_CP]</w:t>
            </w:r>
          </w:p>
        </w:tc>
      </w:tr>
      <w:tr>
        <w:tc>
          <w:tcPr>
            <w:tcW w:type="dxa" w:w="4320"/>
            <w:gridSpan w:val="3"/>
          </w:tcPr>
          <w:p>
            <w:r>
              <w:t>Nocturnidad</w:t>
            </w:r>
          </w:p>
        </w:tc>
        <w:tc>
          <w:tcPr>
            <w:tcW w:type="dxa" w:w="1440"/>
          </w:tcPr>
          <w:p>
            <w:r>
              <w:t>[CANT_NOC]</w:t>
            </w:r>
          </w:p>
        </w:tc>
        <w:tc>
          <w:tcPr>
            <w:tcW w:type="dxa" w:w="1440"/>
          </w:tcPr>
          <w:p>
            <w:r>
              <w:t>[PRECIO_NOC]</w:t>
            </w:r>
          </w:p>
        </w:tc>
        <w:tc>
          <w:tcPr>
            <w:tcW w:type="dxa" w:w="1440"/>
          </w:tcPr>
          <w:p>
            <w:r>
              <w:t>[TOTAL_NOC]</w:t>
            </w:r>
          </w:p>
        </w:tc>
      </w:tr>
      <w:tr>
        <w:tc>
          <w:tcPr>
            <w:tcW w:type="dxa" w:w="4320"/>
            <w:gridSpan w:val="3"/>
          </w:tcPr>
          <w:p>
            <w:r>
              <w:t>Productividad/Incentivos</w:t>
            </w:r>
          </w:p>
        </w:tc>
        <w:tc>
          <w:tcPr>
            <w:tcW w:type="dxa" w:w="1440"/>
          </w:tcPr>
          <w:p>
            <w:r>
              <w:t>[CANT_INC]</w:t>
            </w:r>
          </w:p>
        </w:tc>
        <w:tc>
          <w:tcPr>
            <w:tcW w:type="dxa" w:w="1440"/>
          </w:tcPr>
          <w:p>
            <w:r>
              <w:t>[PRECIO_INC]</w:t>
            </w:r>
          </w:p>
        </w:tc>
        <w:tc>
          <w:tcPr>
            <w:tcW w:type="dxa" w:w="1440"/>
          </w:tcPr>
          <w:p>
            <w:r>
              <w:t>[TOTAL_INC]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Percepciones no salariales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4320"/>
            <w:gridSpan w:val="3"/>
            <w:shd w:fill="E6E6E6"/>
            <w:shd w:fill="E6E6E6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Concepto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Cantidad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Precio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Total</w:t>
            </w:r>
          </w:p>
        </w:tc>
      </w:tr>
      <w:tr>
        <w:tc>
          <w:tcPr>
            <w:tcW w:type="dxa" w:w="4320"/>
            <w:gridSpan w:val="3"/>
          </w:tcPr>
          <w:p>
            <w:r>
              <w:t>Dietas</w:t>
            </w:r>
          </w:p>
        </w:tc>
        <w:tc>
          <w:tcPr>
            <w:tcW w:type="dxa" w:w="1440"/>
          </w:tcPr>
          <w:p>
            <w:r>
              <w:t>[CANT_DIET]</w:t>
            </w:r>
          </w:p>
        </w:tc>
        <w:tc>
          <w:tcPr>
            <w:tcW w:type="dxa" w:w="1440"/>
          </w:tcPr>
          <w:p>
            <w:r>
              <w:t>[PRECIO_DIET]</w:t>
            </w:r>
          </w:p>
        </w:tc>
        <w:tc>
          <w:tcPr>
            <w:tcW w:type="dxa" w:w="1440"/>
          </w:tcPr>
          <w:p>
            <w:r>
              <w:t>[TOTAL_DIET]</w:t>
            </w:r>
          </w:p>
        </w:tc>
      </w:tr>
      <w:tr>
        <w:tc>
          <w:tcPr>
            <w:tcW w:type="dxa" w:w="4320"/>
            <w:gridSpan w:val="3"/>
          </w:tcPr>
          <w:p>
            <w:r>
              <w:t>Locomoción</w:t>
            </w:r>
          </w:p>
        </w:tc>
        <w:tc>
          <w:tcPr>
            <w:tcW w:type="dxa" w:w="1440"/>
          </w:tcPr>
          <w:p>
            <w:r>
              <w:t>[CANT_LOC]</w:t>
            </w:r>
          </w:p>
        </w:tc>
        <w:tc>
          <w:tcPr>
            <w:tcW w:type="dxa" w:w="1440"/>
          </w:tcPr>
          <w:p>
            <w:r>
              <w:t>[PRECIO_LOC]</w:t>
            </w:r>
          </w:p>
        </w:tc>
        <w:tc>
          <w:tcPr>
            <w:tcW w:type="dxa" w:w="1440"/>
          </w:tcPr>
          <w:p>
            <w:r>
              <w:t>[TOTAL_LOC]</w:t>
            </w:r>
          </w:p>
        </w:tc>
      </w:tr>
      <w:tr>
        <w:tc>
          <w:tcPr>
            <w:tcW w:type="dxa" w:w="4320"/>
            <w:gridSpan w:val="3"/>
          </w:tcPr>
          <w:p>
            <w:r>
              <w:t>Plus transporte</w:t>
            </w:r>
          </w:p>
        </w:tc>
        <w:tc>
          <w:tcPr>
            <w:tcW w:type="dxa" w:w="1440"/>
          </w:tcPr>
          <w:p>
            <w:r>
              <w:t>[CANT_PT]</w:t>
            </w:r>
          </w:p>
        </w:tc>
        <w:tc>
          <w:tcPr>
            <w:tcW w:type="dxa" w:w="1440"/>
          </w:tcPr>
          <w:p>
            <w:r>
              <w:t>[PRECIO_PT]</w:t>
            </w:r>
          </w:p>
        </w:tc>
        <w:tc>
          <w:tcPr>
            <w:tcW w:type="dxa" w:w="1440"/>
          </w:tcPr>
          <w:p>
            <w:r>
              <w:t>[TOTAL_PT]</w:t>
            </w:r>
          </w:p>
        </w:tc>
      </w:tr>
      <w:tr>
        <w:tc>
          <w:tcPr>
            <w:tcW w:type="dxa" w:w="4320"/>
            <w:gridSpan w:val="3"/>
          </w:tcPr>
          <w:p>
            <w:r>
              <w:t>Indemnizaciones</w:t>
            </w:r>
          </w:p>
        </w:tc>
        <w:tc>
          <w:tcPr>
            <w:tcW w:type="dxa" w:w="1440"/>
          </w:tcPr>
          <w:p>
            <w:r>
              <w:t>[CANT_IND]</w:t>
            </w:r>
          </w:p>
        </w:tc>
        <w:tc>
          <w:tcPr>
            <w:tcW w:type="dxa" w:w="1440"/>
          </w:tcPr>
          <w:p>
            <w:r>
              <w:t>[PRECIO_IND]</w:t>
            </w:r>
          </w:p>
        </w:tc>
        <w:tc>
          <w:tcPr>
            <w:tcW w:type="dxa" w:w="1440"/>
          </w:tcPr>
          <w:p>
            <w:r>
              <w:t>[TOTAL_IND]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7200"/>
            <w:gridSpan w:val="5"/>
            <w:shd w:fill="E6E6E6"/>
          </w:tcPr>
          <w:p>
            <w:pPr>
              <w:jc w:val="right"/>
            </w:pPr>
            <w:r>
              <w:rPr>
                <w:b/>
                <w:sz w:val="20"/>
              </w:rPr>
              <w:t>Total devengado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[TOTAL_DEVENGADO]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E7E6E6"/>
          </w:tcPr>
          <w:p>
            <w:pPr>
              <w:jc w:val="center"/>
            </w:pPr>
            <w:r>
              <w:rPr>
                <w:b/>
                <w:sz w:val="20"/>
              </w:rPr>
              <w:t>DEDUCCIONES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Aportación del trabajador a la Seguridad Social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4320"/>
            <w:gridSpan w:val="3"/>
            <w:shd w:fill="E6E6E6"/>
            <w:shd w:fill="E6E6E6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Concepto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Tipo (%)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Base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Importe</w:t>
            </w:r>
          </w:p>
        </w:tc>
      </w:tr>
      <w:tr>
        <w:tc>
          <w:tcPr>
            <w:tcW w:type="dxa" w:w="4320"/>
            <w:gridSpan w:val="3"/>
          </w:tcPr>
          <w:p>
            <w:r>
              <w:t>Contingencias comunes</w:t>
            </w:r>
          </w:p>
        </w:tc>
        <w:tc>
          <w:tcPr>
            <w:tcW w:type="dxa" w:w="1440"/>
          </w:tcPr>
          <w:p>
            <w:r>
              <w:t>[TIPO_CC]</w:t>
            </w:r>
          </w:p>
        </w:tc>
        <w:tc>
          <w:tcPr>
            <w:tcW w:type="dxa" w:w="1440"/>
          </w:tcPr>
          <w:p>
            <w:r>
              <w:t>[BASE_CC]</w:t>
            </w:r>
          </w:p>
        </w:tc>
        <w:tc>
          <w:tcPr>
            <w:tcW w:type="dxa" w:w="1440"/>
          </w:tcPr>
          <w:p>
            <w:r>
              <w:t>[IMP_CC]</w:t>
            </w:r>
          </w:p>
        </w:tc>
      </w:tr>
      <w:tr>
        <w:tc>
          <w:tcPr>
            <w:tcW w:type="dxa" w:w="4320"/>
            <w:gridSpan w:val="3"/>
          </w:tcPr>
          <w:p>
            <w:r>
              <w:t>Desempleo</w:t>
            </w:r>
          </w:p>
        </w:tc>
        <w:tc>
          <w:tcPr>
            <w:tcW w:type="dxa" w:w="1440"/>
          </w:tcPr>
          <w:p>
            <w:r>
              <w:t>[TIPO_DES]</w:t>
            </w:r>
          </w:p>
        </w:tc>
        <w:tc>
          <w:tcPr>
            <w:tcW w:type="dxa" w:w="1440"/>
          </w:tcPr>
          <w:p>
            <w:r>
              <w:t>[BASE_DES]</w:t>
            </w:r>
          </w:p>
        </w:tc>
        <w:tc>
          <w:tcPr>
            <w:tcW w:type="dxa" w:w="1440"/>
          </w:tcPr>
          <w:p>
            <w:r>
              <w:t>[IMP_DES]</w:t>
            </w:r>
          </w:p>
        </w:tc>
      </w:tr>
      <w:tr>
        <w:tc>
          <w:tcPr>
            <w:tcW w:type="dxa" w:w="4320"/>
            <w:gridSpan w:val="3"/>
          </w:tcPr>
          <w:p>
            <w:r>
              <w:t>Formación profesional</w:t>
            </w:r>
          </w:p>
        </w:tc>
        <w:tc>
          <w:tcPr>
            <w:tcW w:type="dxa" w:w="1440"/>
          </w:tcPr>
          <w:p>
            <w:r>
              <w:t>[TIPO_FP]</w:t>
            </w:r>
          </w:p>
        </w:tc>
        <w:tc>
          <w:tcPr>
            <w:tcW w:type="dxa" w:w="1440"/>
          </w:tcPr>
          <w:p>
            <w:r>
              <w:t>[BASE_FP]</w:t>
            </w:r>
          </w:p>
        </w:tc>
        <w:tc>
          <w:tcPr>
            <w:tcW w:type="dxa" w:w="1440"/>
          </w:tcPr>
          <w:p>
            <w:r>
              <w:t>[IMP_FP]</w:t>
            </w:r>
          </w:p>
        </w:tc>
      </w:tr>
      <w:tr>
        <w:tc>
          <w:tcPr>
            <w:tcW w:type="dxa" w:w="4320"/>
            <w:gridSpan w:val="3"/>
          </w:tcPr>
          <w:p>
            <w:r>
              <w:t>Horas extra (si aplica)</w:t>
            </w:r>
          </w:p>
        </w:tc>
        <w:tc>
          <w:tcPr>
            <w:tcW w:type="dxa" w:w="1440"/>
          </w:tcPr>
          <w:p>
            <w:r>
              <w:t>[TIPO_HEDED]</w:t>
            </w:r>
          </w:p>
        </w:tc>
        <w:tc>
          <w:tcPr>
            <w:tcW w:type="dxa" w:w="1440"/>
          </w:tcPr>
          <w:p>
            <w:r>
              <w:t>[BASE_HEDED]</w:t>
            </w:r>
          </w:p>
        </w:tc>
        <w:tc>
          <w:tcPr>
            <w:tcW w:type="dxa" w:w="1440"/>
          </w:tcPr>
          <w:p>
            <w:r>
              <w:t>[IMP_HEDED]</w:t>
            </w:r>
          </w:p>
        </w:tc>
      </w:tr>
      <w:tr>
        <w:tc>
          <w:tcPr>
            <w:tcW w:type="dxa" w:w="4320"/>
            <w:gridSpan w:val="3"/>
          </w:tcPr>
          <w:p>
            <w:r>
              <w:t>Retención IRPF</w:t>
            </w:r>
          </w:p>
        </w:tc>
        <w:tc>
          <w:tcPr>
            <w:tcW w:type="dxa" w:w="1440"/>
          </w:tcPr>
          <w:p>
            <w:r>
              <w:t>[TIPO_IRPF]</w:t>
            </w:r>
          </w:p>
        </w:tc>
        <w:tc>
          <w:tcPr>
            <w:tcW w:type="dxa" w:w="1440"/>
          </w:tcPr>
          <w:p>
            <w:r>
              <w:t>[BASE_IRPF]</w:t>
            </w:r>
          </w:p>
        </w:tc>
        <w:tc>
          <w:tcPr>
            <w:tcW w:type="dxa" w:w="1440"/>
          </w:tcPr>
          <w:p>
            <w:r>
              <w:t>[IMP_IRPF]</w:t>
            </w:r>
          </w:p>
        </w:tc>
      </w:tr>
      <w:tr>
        <w:tc>
          <w:tcPr>
            <w:tcW w:type="dxa" w:w="4320"/>
            <w:gridSpan w:val="3"/>
          </w:tcPr>
          <w:p>
            <w:r>
              <w:t>Anticipos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>
              <w:t>[IMP_ANT]</w:t>
            </w:r>
          </w:p>
        </w:tc>
      </w:tr>
      <w:tr>
        <w:tc>
          <w:tcPr>
            <w:tcW w:type="dxa" w:w="4320"/>
            <w:gridSpan w:val="3"/>
          </w:tcPr>
          <w:p>
            <w:r>
              <w:t>Embargo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>
              <w:t>[IMP_EMB]</w:t>
            </w:r>
          </w:p>
        </w:tc>
      </w:tr>
      <w:tr>
        <w:tc>
          <w:tcPr>
            <w:tcW w:type="dxa" w:w="4320"/>
            <w:gridSpan w:val="3"/>
          </w:tcPr>
          <w:p>
            <w:r>
              <w:t>Otras deducciones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>
              <w:t>[IMP_OTRAS]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7200"/>
            <w:gridSpan w:val="5"/>
            <w:shd w:fill="E6E6E6"/>
          </w:tcPr>
          <w:p>
            <w:pPr>
              <w:jc w:val="right"/>
            </w:pPr>
            <w:r>
              <w:rPr>
                <w:b/>
                <w:sz w:val="20"/>
              </w:rPr>
              <w:t>Total a deducir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[TOTAL_DEDUCIR]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7200"/>
            <w:gridSpan w:val="5"/>
            <w:shd w:fill="D9D9D9"/>
          </w:tcPr>
          <w:p>
            <w:pPr>
              <w:jc w:val="right"/>
            </w:pPr>
            <w:r>
              <w:rPr>
                <w:b/>
                <w:sz w:val="20"/>
              </w:rPr>
              <w:t>LÍQUIDO A PERCIBIR</w:t>
            </w:r>
          </w:p>
        </w:tc>
        <w:tc>
          <w:tcPr>
            <w:tcW w:type="dxa" w:w="1440"/>
            <w:shd w:fill="D9D9D9"/>
          </w:tcPr>
          <w:p>
            <w:pPr>
              <w:jc w:val="center"/>
            </w:pPr>
            <w:r>
              <w:rPr>
                <w:b/>
                <w:sz w:val="20"/>
              </w:rPr>
              <w:t>[LIQUIDO]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E7E6E6"/>
          </w:tcPr>
          <w:p>
            <w:pPr>
              <w:jc w:val="center"/>
            </w:pPr>
            <w:r>
              <w:rPr>
                <w:b/>
                <w:sz w:val="20"/>
              </w:rPr>
              <w:t>DATOS BANCARIOS</w:t>
            </w:r>
          </w:p>
        </w:tc>
      </w:tr>
      <w:tr>
        <w:tc>
          <w:tcPr>
            <w:tcW w:type="dxa" w:w="1440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Fecha abono</w:t>
            </w:r>
          </w:p>
        </w:tc>
        <w:tc>
          <w:tcPr>
            <w:tcW w:type="dxa" w:w="1440"/>
          </w:tcPr>
          <w:p>
            <w:r>
              <w:t>[FECHA_ABONO]</w:t>
            </w:r>
          </w:p>
        </w:tc>
        <w:tc>
          <w:tcPr>
            <w:tcW w:type="dxa" w:w="1440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Entidad</w:t>
            </w:r>
          </w:p>
        </w:tc>
        <w:tc>
          <w:tcPr>
            <w:tcW w:type="dxa" w:w="1440"/>
          </w:tcPr>
          <w:p>
            <w:r>
              <w:t>[BANCO]</w:t>
            </w:r>
          </w:p>
        </w:tc>
        <w:tc>
          <w:tcPr>
            <w:tcW w:type="dxa" w:w="1440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Cuenta (IBAN)</w:t>
            </w:r>
          </w:p>
        </w:tc>
        <w:tc>
          <w:tcPr>
            <w:tcW w:type="dxa" w:w="1440"/>
          </w:tcPr>
          <w:p>
            <w:r>
              <w:t>[IBAN]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E7E6E6"/>
          </w:tcPr>
          <w:p>
            <w:pPr>
              <w:jc w:val="center"/>
            </w:pPr>
            <w:r>
              <w:rPr>
                <w:b/>
                <w:sz w:val="20"/>
              </w:rPr>
              <w:t>DETERMINACIÓN DE BASES DE COTIZACIÓN (SS / IRPF)</w:t>
            </w:r>
          </w:p>
        </w:tc>
      </w:tr>
      <w:tr>
        <w:tc>
          <w:tcPr>
            <w:tcW w:type="dxa" w:w="4320"/>
            <w:gridSpan w:val="3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BCCC</w:t>
            </w:r>
          </w:p>
        </w:tc>
        <w:tc>
          <w:tcPr>
            <w:tcW w:type="dxa" w:w="4320"/>
            <w:gridSpan w:val="3"/>
          </w:tcPr>
          <w:p>
            <w:r>
              <w:t>[BCCC]</w:t>
            </w:r>
          </w:p>
        </w:tc>
      </w:tr>
      <w:tr>
        <w:tc>
          <w:tcPr>
            <w:tcW w:type="dxa" w:w="4320"/>
            <w:gridSpan w:val="3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BCCP</w:t>
            </w:r>
          </w:p>
        </w:tc>
        <w:tc>
          <w:tcPr>
            <w:tcW w:type="dxa" w:w="4320"/>
            <w:gridSpan w:val="3"/>
          </w:tcPr>
          <w:p>
            <w:r>
              <w:t>[BCCP]</w:t>
            </w:r>
          </w:p>
        </w:tc>
      </w:tr>
      <w:tr>
        <w:tc>
          <w:tcPr>
            <w:tcW w:type="dxa" w:w="4320"/>
            <w:gridSpan w:val="3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Base IRPF</w:t>
            </w:r>
          </w:p>
        </w:tc>
        <w:tc>
          <w:tcPr>
            <w:tcW w:type="dxa" w:w="4320"/>
            <w:gridSpan w:val="3"/>
          </w:tcPr>
          <w:p>
            <w:r>
              <w:t>[BASE_IRPF_TOTAL]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4320"/>
            <w:gridSpan w:val="3"/>
            <w:shd w:fill="E6E6E6"/>
          </w:tcPr>
          <w:p>
            <w:pPr>
              <w:jc w:val="left"/>
            </w:pPr>
            <w:r>
              <w:rPr>
                <w:b/>
                <w:sz w:val="20"/>
              </w:rPr>
              <w:t>Firma empresa: ____________________</w:t>
            </w:r>
          </w:p>
        </w:tc>
        <w:tc>
          <w:tcPr>
            <w:tcW w:type="dxa" w:w="4320"/>
            <w:gridSpan w:val="3"/>
            <w:shd w:fill="E6E6E6"/>
          </w:tcPr>
          <w:p>
            <w:pPr>
              <w:jc w:val="left"/>
            </w:pPr>
            <w:r>
              <w:rPr>
                <w:b/>
                <w:sz w:val="20"/>
              </w:rPr>
              <w:t>Firma trabajador/a: ____________________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