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7F7F7F"/>
          <w:sz w:val="36"/>
        </w:rPr>
        <w:t>PRESUPUESTO DE OBRA / REFORMA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  <w:sz w:val="22"/>
              </w:rPr>
              <w:t>DATOS DEL EMISOR</w:t>
            </w:r>
          </w:p>
        </w:tc>
        <w:tc>
          <w:tcPr>
            <w:tcW w:type="dxa" w:w="4320"/>
          </w:tcPr>
          <w:p>
            <w:r>
              <w:rPr>
                <w:b/>
                <w:sz w:val="22"/>
              </w:rPr>
              <w:t>DATOS DEL CLIENTE</w:t>
            </w:r>
          </w:p>
        </w:tc>
      </w:tr>
      <w:tr>
        <w:tc>
          <w:tcPr>
            <w:tcW w:type="dxa" w:w="4320"/>
          </w:tcPr>
          <w:p>
            <w:r>
              <w:t>[Nombre de la Empresa]</w:t>
              <w:br/>
              <w:t>NIF: [Número]</w:t>
              <w:br/>
              <w:t>Dirección: [Dirección]</w:t>
              <w:br/>
              <w:t>Teléfono: [Teléfono]</w:t>
              <w:br/>
              <w:t>Email: [email@ejemplo.com]</w:t>
            </w:r>
          </w:p>
        </w:tc>
        <w:tc>
          <w:tcPr>
            <w:tcW w:type="dxa" w:w="4320"/>
          </w:tcPr>
          <w:p>
            <w:r>
              <w:t>[Nombre del Cliente]</w:t>
              <w:br/>
              <w:t>NIF: [Número]</w:t>
              <w:br/>
              <w:t>Dirección: [Dirección]</w:t>
              <w:br/>
              <w:t>Teléfono: [Teléfono]</w:t>
              <w:br/>
              <w:t>Email: [email@cliente.com]</w:t>
            </w:r>
          </w:p>
        </w:tc>
      </w:tr>
    </w:tbl>
    <w:p/>
    <w:p>
      <w:r>
        <w:rPr>
          <w:b/>
        </w:rPr>
        <w:t xml:space="preserve">Fecha del presupuesto: </w:t>
      </w:r>
      <w:r>
        <w:t>29/01/2026</w:t>
      </w:r>
      <w:r>
        <w:t xml:space="preserve">    </w:t>
      </w:r>
      <w:r>
        <w:rPr>
          <w:b/>
        </w:rPr>
        <w:t xml:space="preserve">Validez: </w:t>
      </w:r>
      <w:r>
        <w:t>30 días</w:t>
      </w:r>
    </w:p>
    <w:p/>
    <w:tbl>
      <w:tblPr>
        <w:tblStyle w:val="MediumGrid3-Accent1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DESCRIPCIÓN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UNIDADES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PRECIO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TOTAL</w:t>
            </w:r>
          </w:p>
        </w:tc>
      </w:tr>
      <w:tr>
        <w:tc>
          <w:tcPr>
            <w:tcW w:type="dxa" w:w="2160"/>
          </w:tcPr>
          <w:p>
            <w:r>
              <w:t>Demolición y retirada de escombros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850.00 €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850.00 €</w:t>
            </w:r>
          </w:p>
        </w:tc>
      </w:tr>
      <w:tr>
        <w:tc>
          <w:tcPr>
            <w:tcW w:type="dxa" w:w="2160"/>
          </w:tcPr>
          <w:p>
            <w:r>
              <w:t>Albañilería y tabiquería (25 m²)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25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35.00 €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875.00 €</w:t>
            </w:r>
          </w:p>
        </w:tc>
      </w:tr>
      <w:tr>
        <w:tc>
          <w:tcPr>
            <w:tcW w:type="dxa" w:w="2160"/>
          </w:tcPr>
          <w:p>
            <w:r>
              <w:t>Instalación eléctrica completa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1500.00 €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1500.00 €</w:t>
            </w:r>
          </w:p>
        </w:tc>
      </w:tr>
      <w:tr>
        <w:tc>
          <w:tcPr>
            <w:tcW w:type="dxa" w:w="2160"/>
          </w:tcPr>
          <w:p>
            <w:r>
              <w:t>Fontanería y sanitarios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980.00 €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980.00 €</w:t>
            </w:r>
          </w:p>
        </w:tc>
      </w:tr>
      <w:tr>
        <w:tc>
          <w:tcPr>
            <w:tcW w:type="dxa" w:w="2160"/>
          </w:tcPr>
          <w:p>
            <w:r>
              <w:t>Pintura y acabados (50 m²)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50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18.00 €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900.00 €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SUBTOTAL: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5105.00 €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DESCUENTO: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255.25 €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BASE IMPONIBLE: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4849.75 €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IVA (21%):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1018.45 €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4"/>
              </w:rPr>
              <w:t>TOTAL PRESUPUESTADO: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rPr>
                <w:b/>
                <w:sz w:val="24"/>
              </w:rPr>
              <w:t>5868.20 €</w:t>
            </w:r>
          </w:p>
        </w:tc>
      </w:tr>
    </w:tbl>
    <w:p/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pPr>
              <w:jc w:val="center"/>
            </w:pPr>
            <w:r>
              <w:br/>
              <w:br/>
              <w:br/>
              <w:t>_______________________</w:t>
              <w:br/>
              <w:t>Firma del Emisor</w:t>
            </w:r>
          </w:p>
        </w:tc>
        <w:tc>
          <w:tcPr>
            <w:tcW w:type="dxa" w:w="4320"/>
          </w:tcPr>
          <w:p>
            <w:pPr>
              <w:jc w:val="center"/>
            </w:pPr>
            <w:r>
              <w:br/>
              <w:br/>
              <w:br/>
              <w:t>_______________________</w:t>
              <w:br/>
              <w:t>Firma del Cliente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